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EBAD1" w14:textId="77777777" w:rsidR="007F3944" w:rsidRPr="00064E87" w:rsidRDefault="00000000">
      <w:pPr>
        <w:pStyle w:val="Overskrift1"/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>Valg af formidlingsprojekt: Arbejd med jeres bedste kilde</w:t>
      </w:r>
    </w:p>
    <w:p w14:paraId="4998C221" w14:textId="09C8CA54" w:rsidR="00EA54BC" w:rsidRPr="00064E87" w:rsidRDefault="00000000">
      <w:p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 xml:space="preserve">I har i jeres grupper rangordnet </w:t>
      </w:r>
      <w:r w:rsidR="00EA54BC" w:rsidRPr="00064E87">
        <w:rPr>
          <w:rFonts w:ascii="Times New Roman" w:hAnsi="Times New Roman" w:cs="Times New Roman"/>
          <w:lang w:val="da-DK"/>
        </w:rPr>
        <w:t>tre</w:t>
      </w:r>
      <w:r w:rsidRPr="00064E87">
        <w:rPr>
          <w:rFonts w:ascii="Times New Roman" w:hAnsi="Times New Roman" w:cs="Times New Roman"/>
          <w:lang w:val="da-DK"/>
        </w:rPr>
        <w:t xml:space="preserve"> kilder på forskellige skalaer. Nu skal I arbejde videre med den kilde, </w:t>
      </w:r>
      <w:r w:rsidR="00071232" w:rsidRPr="00064E87">
        <w:rPr>
          <w:rFonts w:ascii="Times New Roman" w:hAnsi="Times New Roman" w:cs="Times New Roman"/>
          <w:lang w:val="da-DK"/>
        </w:rPr>
        <w:t xml:space="preserve">der </w:t>
      </w:r>
      <w:r w:rsidRPr="00064E87">
        <w:rPr>
          <w:rFonts w:ascii="Times New Roman" w:hAnsi="Times New Roman" w:cs="Times New Roman"/>
          <w:lang w:val="da-DK"/>
        </w:rPr>
        <w:t xml:space="preserve">er blevet placeret som nr. 1 flest gange – altså den </w:t>
      </w:r>
      <w:proofErr w:type="gramStart"/>
      <w:r w:rsidRPr="00064E87">
        <w:rPr>
          <w:rFonts w:ascii="Times New Roman" w:hAnsi="Times New Roman" w:cs="Times New Roman"/>
          <w:lang w:val="da-DK"/>
        </w:rPr>
        <w:t>'bedste' kilde</w:t>
      </w:r>
      <w:proofErr w:type="gramEnd"/>
      <w:r w:rsidRPr="00064E87">
        <w:rPr>
          <w:rFonts w:ascii="Times New Roman" w:hAnsi="Times New Roman" w:cs="Times New Roman"/>
          <w:lang w:val="da-DK"/>
        </w:rPr>
        <w:t>.</w:t>
      </w:r>
      <w:r w:rsidRPr="00064E87">
        <w:rPr>
          <w:rFonts w:ascii="Times New Roman" w:hAnsi="Times New Roman" w:cs="Times New Roman"/>
          <w:lang w:val="da-DK"/>
        </w:rPr>
        <w:br/>
      </w:r>
      <w:r w:rsidRPr="00064E87">
        <w:rPr>
          <w:rFonts w:ascii="Times New Roman" w:hAnsi="Times New Roman" w:cs="Times New Roman"/>
          <w:lang w:val="da-DK"/>
        </w:rPr>
        <w:br/>
        <w:t xml:space="preserve">Formålet er, at I nu prøver kræfter med at bruge kilden aktivt: at fortolke, omforme og formidle den på nye måder. I vælger selv én af de </w:t>
      </w:r>
      <w:r w:rsidR="001C39D2">
        <w:rPr>
          <w:rFonts w:ascii="Times New Roman" w:hAnsi="Times New Roman" w:cs="Times New Roman"/>
          <w:lang w:val="da-DK"/>
        </w:rPr>
        <w:t xml:space="preserve">to </w:t>
      </w:r>
      <w:r w:rsidRPr="00064E87">
        <w:rPr>
          <w:rFonts w:ascii="Times New Roman" w:hAnsi="Times New Roman" w:cs="Times New Roman"/>
          <w:lang w:val="da-DK"/>
        </w:rPr>
        <w:t>nedenstående muligheder, alt efter hvad der passer bedst til jeres kilde.</w:t>
      </w:r>
      <w:r w:rsidRPr="00064E87">
        <w:rPr>
          <w:rFonts w:ascii="Times New Roman" w:hAnsi="Times New Roman" w:cs="Times New Roman"/>
          <w:lang w:val="da-DK"/>
        </w:rPr>
        <w:br/>
      </w:r>
      <w:r w:rsidRPr="00064E87">
        <w:rPr>
          <w:rFonts w:ascii="Times New Roman" w:hAnsi="Times New Roman" w:cs="Times New Roman"/>
          <w:lang w:val="da-DK"/>
        </w:rPr>
        <w:br/>
        <w:t>I har ca. 20 minutter til at lave e</w:t>
      </w:r>
      <w:r w:rsidR="00EA54BC" w:rsidRPr="00064E87">
        <w:rPr>
          <w:rFonts w:ascii="Times New Roman" w:hAnsi="Times New Roman" w:cs="Times New Roman"/>
          <w:lang w:val="da-DK"/>
        </w:rPr>
        <w:t xml:space="preserve">t første udkast </w:t>
      </w:r>
      <w:r w:rsidRPr="00064E87">
        <w:rPr>
          <w:rFonts w:ascii="Times New Roman" w:hAnsi="Times New Roman" w:cs="Times New Roman"/>
          <w:lang w:val="da-DK"/>
        </w:rPr>
        <w:t xml:space="preserve">(det behøver ikke være færdigt, men en tydelig idé med </w:t>
      </w:r>
      <w:r w:rsidR="00EA54BC" w:rsidRPr="00064E87">
        <w:rPr>
          <w:rFonts w:ascii="Times New Roman" w:hAnsi="Times New Roman" w:cs="Times New Roman"/>
          <w:lang w:val="da-DK"/>
        </w:rPr>
        <w:t>tanker om produktet</w:t>
      </w:r>
      <w:r w:rsidRPr="00064E87">
        <w:rPr>
          <w:rFonts w:ascii="Times New Roman" w:hAnsi="Times New Roman" w:cs="Times New Roman"/>
          <w:lang w:val="da-DK"/>
        </w:rPr>
        <w:t xml:space="preserve">). </w:t>
      </w:r>
      <w:r w:rsidR="00EA54BC" w:rsidRPr="00064E87">
        <w:rPr>
          <w:rFonts w:ascii="Times New Roman" w:hAnsi="Times New Roman" w:cs="Times New Roman"/>
          <w:lang w:val="da-DK"/>
        </w:rPr>
        <w:t xml:space="preserve">Når I har skrevet lidt tanker ned om projektet, </w:t>
      </w:r>
      <w:r w:rsidR="00BB3C36">
        <w:rPr>
          <w:rFonts w:ascii="Times New Roman" w:hAnsi="Times New Roman" w:cs="Times New Roman"/>
          <w:lang w:val="da-DK"/>
        </w:rPr>
        <w:t xml:space="preserve">kan I </w:t>
      </w:r>
      <w:r w:rsidR="00EA54BC" w:rsidRPr="00064E87">
        <w:rPr>
          <w:rFonts w:ascii="Times New Roman" w:hAnsi="Times New Roman" w:cs="Times New Roman"/>
          <w:lang w:val="da-DK"/>
        </w:rPr>
        <w:t>smide</w:t>
      </w:r>
      <w:r w:rsidR="00BB3C36">
        <w:rPr>
          <w:rFonts w:ascii="Times New Roman" w:hAnsi="Times New Roman" w:cs="Times New Roman"/>
          <w:lang w:val="da-DK"/>
        </w:rPr>
        <w:t xml:space="preserve"> </w:t>
      </w:r>
      <w:r w:rsidR="00EA54BC" w:rsidRPr="00064E87">
        <w:rPr>
          <w:rFonts w:ascii="Times New Roman" w:hAnsi="Times New Roman" w:cs="Times New Roman"/>
          <w:lang w:val="da-DK"/>
        </w:rPr>
        <w:t xml:space="preserve">disse ind </w:t>
      </w:r>
      <w:r w:rsidR="00183CCC" w:rsidRPr="00064E87">
        <w:rPr>
          <w:rFonts w:ascii="Times New Roman" w:hAnsi="Times New Roman" w:cs="Times New Roman"/>
          <w:lang w:val="da-DK"/>
        </w:rPr>
        <w:t>i</w:t>
      </w:r>
      <w:r w:rsidR="00EA54BC" w:rsidRPr="00064E87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="00EA54BC" w:rsidRPr="00064E87">
        <w:rPr>
          <w:rFonts w:ascii="Times New Roman" w:hAnsi="Times New Roman" w:cs="Times New Roman"/>
          <w:lang w:val="da-DK"/>
        </w:rPr>
        <w:t>ChatGPT</w:t>
      </w:r>
      <w:proofErr w:type="spellEnd"/>
      <w:r w:rsidR="00360262">
        <w:rPr>
          <w:rFonts w:ascii="Times New Roman" w:hAnsi="Times New Roman" w:cs="Times New Roman"/>
          <w:lang w:val="da-DK"/>
        </w:rPr>
        <w:t>,</w:t>
      </w:r>
      <w:r w:rsidR="00EA54BC" w:rsidRPr="00064E87">
        <w:rPr>
          <w:rFonts w:ascii="Times New Roman" w:hAnsi="Times New Roman" w:cs="Times New Roman"/>
          <w:lang w:val="da-DK"/>
        </w:rPr>
        <w:t xml:space="preserve"> som kan hjælpe jer med at visualisere </w:t>
      </w:r>
      <w:r w:rsidR="00360262">
        <w:rPr>
          <w:rFonts w:ascii="Times New Roman" w:hAnsi="Times New Roman" w:cs="Times New Roman"/>
          <w:lang w:val="da-DK"/>
        </w:rPr>
        <w:t xml:space="preserve">jeres tanker og </w:t>
      </w:r>
      <w:proofErr w:type="spellStart"/>
      <w:r w:rsidR="00EA54BC" w:rsidRPr="00064E87">
        <w:rPr>
          <w:rFonts w:ascii="Times New Roman" w:hAnsi="Times New Roman" w:cs="Times New Roman"/>
          <w:lang w:val="da-DK"/>
        </w:rPr>
        <w:t>og</w:t>
      </w:r>
      <w:proofErr w:type="spellEnd"/>
      <w:r w:rsidR="00EA54BC" w:rsidRPr="00064E87">
        <w:rPr>
          <w:rFonts w:ascii="Times New Roman" w:hAnsi="Times New Roman" w:cs="Times New Roman"/>
          <w:lang w:val="da-DK"/>
        </w:rPr>
        <w:t xml:space="preserve"> gøre </w:t>
      </w:r>
      <w:r w:rsidR="00360262">
        <w:rPr>
          <w:rFonts w:ascii="Times New Roman" w:hAnsi="Times New Roman" w:cs="Times New Roman"/>
          <w:lang w:val="da-DK"/>
        </w:rPr>
        <w:t>det til</w:t>
      </w:r>
      <w:r w:rsidR="00EA54BC" w:rsidRPr="00064E87">
        <w:rPr>
          <w:rFonts w:ascii="Times New Roman" w:hAnsi="Times New Roman" w:cs="Times New Roman"/>
          <w:lang w:val="da-DK"/>
        </w:rPr>
        <w:t xml:space="preserve"> et produkt.</w:t>
      </w:r>
      <w:r w:rsidR="00BB3C36">
        <w:rPr>
          <w:rFonts w:ascii="Times New Roman" w:hAnsi="Times New Roman" w:cs="Times New Roman"/>
          <w:lang w:val="da-DK"/>
        </w:rPr>
        <w:t xml:space="preserve"> I må også gerne komme med visualiseringer og bud på anden vis fx via </w:t>
      </w:r>
      <w:proofErr w:type="spellStart"/>
      <w:r w:rsidR="00BB3C36">
        <w:rPr>
          <w:rFonts w:ascii="Times New Roman" w:hAnsi="Times New Roman" w:cs="Times New Roman"/>
          <w:lang w:val="da-DK"/>
        </w:rPr>
        <w:t>Tiktok</w:t>
      </w:r>
      <w:proofErr w:type="spellEnd"/>
      <w:r w:rsidR="00BB3C36">
        <w:rPr>
          <w:rFonts w:ascii="Times New Roman" w:hAnsi="Times New Roman" w:cs="Times New Roman"/>
          <w:lang w:val="da-DK"/>
        </w:rPr>
        <w:t xml:space="preserve">, </w:t>
      </w:r>
      <w:proofErr w:type="spellStart"/>
      <w:r w:rsidR="00BB3C36">
        <w:rPr>
          <w:rFonts w:ascii="Times New Roman" w:hAnsi="Times New Roman" w:cs="Times New Roman"/>
          <w:lang w:val="da-DK"/>
        </w:rPr>
        <w:t>Canva</w:t>
      </w:r>
      <w:proofErr w:type="spellEnd"/>
      <w:r w:rsidR="00BB3C36">
        <w:rPr>
          <w:rFonts w:ascii="Times New Roman" w:hAnsi="Times New Roman" w:cs="Times New Roman"/>
          <w:lang w:val="da-DK"/>
        </w:rPr>
        <w:t xml:space="preserve"> eller lignende.</w:t>
      </w:r>
      <w:r w:rsidR="0068380D">
        <w:rPr>
          <w:rFonts w:ascii="Times New Roman" w:hAnsi="Times New Roman" w:cs="Times New Roman"/>
          <w:lang w:val="da-DK"/>
        </w:rPr>
        <w:t xml:space="preserve"> Tænk kreativt! :)</w:t>
      </w:r>
    </w:p>
    <w:p w14:paraId="5968B108" w14:textId="7B5A377E" w:rsidR="00EA54BC" w:rsidRPr="00064E87" w:rsidRDefault="00EA54BC">
      <w:p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 xml:space="preserve">Hvis der er tid </w:t>
      </w:r>
      <w:r w:rsidR="00B921C4" w:rsidRPr="00064E87">
        <w:rPr>
          <w:rFonts w:ascii="Times New Roman" w:hAnsi="Times New Roman" w:cs="Times New Roman"/>
          <w:lang w:val="da-DK"/>
        </w:rPr>
        <w:t>efterfølgende,</w:t>
      </w:r>
      <w:r w:rsidRPr="00064E87">
        <w:rPr>
          <w:rFonts w:ascii="Times New Roman" w:hAnsi="Times New Roman" w:cs="Times New Roman"/>
          <w:lang w:val="da-DK"/>
        </w:rPr>
        <w:t xml:space="preserve"> taler I med en nabogruppe, om den udvalgte kilde og hvilket produkt I har lavet. </w:t>
      </w:r>
      <w:r w:rsidRPr="00064E87">
        <w:rPr>
          <w:rFonts w:ascii="Times New Roman" w:hAnsi="Times New Roman" w:cs="Times New Roman"/>
          <w:lang w:val="da-DK"/>
        </w:rPr>
        <w:br/>
      </w:r>
    </w:p>
    <w:p w14:paraId="5A449242" w14:textId="40399A78" w:rsidR="007F3944" w:rsidRPr="00064E87" w:rsidRDefault="00000000">
      <w:pPr>
        <w:pStyle w:val="Overskrift2"/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>1. Historien på vrangen</w:t>
      </w:r>
    </w:p>
    <w:p w14:paraId="3D1274C4" w14:textId="790CC165" w:rsidR="00EA54BC" w:rsidRPr="00064E87" w:rsidRDefault="00000000">
      <w:p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>Vend jeres kilde fuldstændig på hovedet.</w:t>
      </w:r>
    </w:p>
    <w:p w14:paraId="1D98A496" w14:textId="77777777" w:rsidR="00EA54BC" w:rsidRPr="00064E87" w:rsidRDefault="00000000" w:rsidP="00EA54BC">
      <w:pPr>
        <w:pStyle w:val="Listeafsnit"/>
        <w:numPr>
          <w:ilvl w:val="0"/>
          <w:numId w:val="10"/>
        </w:num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>Reklame → gør den til en advarsel.</w:t>
      </w:r>
    </w:p>
    <w:p w14:paraId="488E223E" w14:textId="25E035AD" w:rsidR="00EA54BC" w:rsidRPr="00064E87" w:rsidRDefault="00EA54BC" w:rsidP="00EA54BC">
      <w:pPr>
        <w:pStyle w:val="Listeafsnit"/>
        <w:numPr>
          <w:ilvl w:val="0"/>
          <w:numId w:val="10"/>
        </w:num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>Nyhedsartikel→ lav den som et meme eller en sang/digt</w:t>
      </w:r>
    </w:p>
    <w:p w14:paraId="7D79767C" w14:textId="60C033BF" w:rsidR="00EA54BC" w:rsidRPr="00064E87" w:rsidRDefault="00000000" w:rsidP="00EA54BC">
      <w:pPr>
        <w:pStyle w:val="Listeafsnit"/>
        <w:numPr>
          <w:ilvl w:val="0"/>
          <w:numId w:val="10"/>
        </w:num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 xml:space="preserve">Digt </w:t>
      </w:r>
      <w:r w:rsidR="00EA54BC" w:rsidRPr="00064E87">
        <w:rPr>
          <w:rFonts w:ascii="Times New Roman" w:hAnsi="Times New Roman" w:cs="Times New Roman"/>
          <w:lang w:val="da-DK"/>
        </w:rPr>
        <w:t xml:space="preserve">eller sang </w:t>
      </w:r>
      <w:r w:rsidRPr="00064E87">
        <w:rPr>
          <w:rFonts w:ascii="Times New Roman" w:hAnsi="Times New Roman" w:cs="Times New Roman"/>
          <w:lang w:val="da-DK"/>
        </w:rPr>
        <w:t>→ lav det til en nyhedsartikel.</w:t>
      </w:r>
    </w:p>
    <w:p w14:paraId="75816127" w14:textId="57BBB265" w:rsidR="00EA54BC" w:rsidRPr="00064E87" w:rsidRDefault="00EA54BC">
      <w:p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 xml:space="preserve">I vælger selv hvad I vil omforme jeres kilde til, ovenstående er blot ideer. </w:t>
      </w:r>
    </w:p>
    <w:p w14:paraId="44DA7806" w14:textId="77777777" w:rsidR="007F3944" w:rsidRPr="00064E87" w:rsidRDefault="007F3944">
      <w:pPr>
        <w:rPr>
          <w:rFonts w:ascii="Times New Roman" w:hAnsi="Times New Roman" w:cs="Times New Roman"/>
          <w:lang w:val="da-DK"/>
        </w:rPr>
      </w:pPr>
    </w:p>
    <w:p w14:paraId="0C3B4AD6" w14:textId="5DAD8A63" w:rsidR="007F3944" w:rsidRPr="00064E87" w:rsidRDefault="00000000">
      <w:pPr>
        <w:pStyle w:val="Overskrift2"/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 xml:space="preserve">2. Fake </w:t>
      </w:r>
      <w:proofErr w:type="spellStart"/>
      <w:r w:rsidRPr="00064E87">
        <w:rPr>
          <w:rFonts w:ascii="Times New Roman" w:hAnsi="Times New Roman" w:cs="Times New Roman"/>
          <w:lang w:val="da-DK"/>
        </w:rPr>
        <w:t>history</w:t>
      </w:r>
      <w:proofErr w:type="spellEnd"/>
      <w:r w:rsidRPr="00064E87">
        <w:rPr>
          <w:rFonts w:ascii="Times New Roman" w:hAnsi="Times New Roman" w:cs="Times New Roman"/>
          <w:lang w:val="da-DK"/>
        </w:rPr>
        <w:t xml:space="preserve"> news</w:t>
      </w:r>
    </w:p>
    <w:p w14:paraId="03AB67E5" w14:textId="77777777" w:rsidR="00013DC2" w:rsidRPr="00064E87" w:rsidRDefault="00000000">
      <w:p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>Lav en fake nyhed eller et SoMe-opslag ud fra jeres kilde.</w:t>
      </w:r>
      <w:r w:rsidRPr="00064E87">
        <w:rPr>
          <w:rFonts w:ascii="Times New Roman" w:hAnsi="Times New Roman" w:cs="Times New Roman"/>
          <w:lang w:val="da-DK"/>
        </w:rPr>
        <w:br/>
      </w:r>
    </w:p>
    <w:p w14:paraId="4D6020FE" w14:textId="77777777" w:rsidR="00013DC2" w:rsidRPr="00064E87" w:rsidRDefault="00000000" w:rsidP="00013DC2">
      <w:pPr>
        <w:pStyle w:val="Listeafsnit"/>
        <w:numPr>
          <w:ilvl w:val="0"/>
          <w:numId w:val="11"/>
        </w:num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>Vælg en afsender (fx nationalist, satiriker, reklamebureau</w:t>
      </w:r>
      <w:r w:rsidR="00EA54BC" w:rsidRPr="00064E87">
        <w:rPr>
          <w:rFonts w:ascii="Times New Roman" w:hAnsi="Times New Roman" w:cs="Times New Roman"/>
          <w:lang w:val="da-DK"/>
        </w:rPr>
        <w:t>, influencer</w:t>
      </w:r>
      <w:r w:rsidRPr="00064E87">
        <w:rPr>
          <w:rFonts w:ascii="Times New Roman" w:hAnsi="Times New Roman" w:cs="Times New Roman"/>
          <w:lang w:val="da-DK"/>
        </w:rPr>
        <w:t>).</w:t>
      </w:r>
    </w:p>
    <w:p w14:paraId="3C9EEC1A" w14:textId="77777777" w:rsidR="00013DC2" w:rsidRPr="00064E87" w:rsidRDefault="00000000" w:rsidP="00013DC2">
      <w:pPr>
        <w:pStyle w:val="Listeafsnit"/>
        <w:numPr>
          <w:ilvl w:val="0"/>
          <w:numId w:val="11"/>
        </w:num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>Brug kilden til at fortælle en ny historie.</w:t>
      </w:r>
    </w:p>
    <w:p w14:paraId="0F361D33" w14:textId="77777777" w:rsidR="00013DC2" w:rsidRPr="00064E87" w:rsidRDefault="00013DC2" w:rsidP="00013DC2">
      <w:pPr>
        <w:rPr>
          <w:rFonts w:ascii="Times New Roman" w:hAnsi="Times New Roman" w:cs="Times New Roman"/>
          <w:lang w:val="da-DK"/>
        </w:rPr>
      </w:pPr>
    </w:p>
    <w:p w14:paraId="47189765" w14:textId="2FA2B42F" w:rsidR="00EA54BC" w:rsidRPr="00064E87" w:rsidRDefault="00EA54BC" w:rsidP="00013DC2">
      <w:p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 xml:space="preserve">Lav en nyhedsoverskrift eller SoMe-opslag. Tænk på, hvordan den nye afsender vil bruge viden fra jeres valgte kilde – hvad vil de sige med den? Vil de være enige eller uenige med udsagnet? </w:t>
      </w:r>
    </w:p>
    <w:p w14:paraId="17081E2D" w14:textId="5E9B8DA9" w:rsidR="007F3944" w:rsidRPr="00064E87" w:rsidRDefault="00EA54BC">
      <w:pPr>
        <w:rPr>
          <w:rFonts w:ascii="Times New Roman" w:hAnsi="Times New Roman" w:cs="Times New Roman"/>
          <w:lang w:val="da-DK"/>
        </w:rPr>
      </w:pPr>
      <w:r w:rsidRPr="00064E87">
        <w:rPr>
          <w:rFonts w:ascii="Times New Roman" w:hAnsi="Times New Roman" w:cs="Times New Roman"/>
          <w:lang w:val="da-DK"/>
        </w:rPr>
        <w:t>Fx en nationalist der er helt enig med budskabet fra DBU-reklamen, men måske knap så enig med Suspekt-sangen?</w:t>
      </w:r>
    </w:p>
    <w:sectPr w:rsidR="007F3944" w:rsidRPr="00064E8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C67227"/>
    <w:multiLevelType w:val="hybridMultilevel"/>
    <w:tmpl w:val="101E9E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61BD7"/>
    <w:multiLevelType w:val="hybridMultilevel"/>
    <w:tmpl w:val="80BC1C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342314">
    <w:abstractNumId w:val="8"/>
  </w:num>
  <w:num w:numId="2" w16cid:durableId="1426270569">
    <w:abstractNumId w:val="6"/>
  </w:num>
  <w:num w:numId="3" w16cid:durableId="1410737010">
    <w:abstractNumId w:val="5"/>
  </w:num>
  <w:num w:numId="4" w16cid:durableId="1066420409">
    <w:abstractNumId w:val="4"/>
  </w:num>
  <w:num w:numId="5" w16cid:durableId="2097821416">
    <w:abstractNumId w:val="7"/>
  </w:num>
  <w:num w:numId="6" w16cid:durableId="1450709257">
    <w:abstractNumId w:val="3"/>
  </w:num>
  <w:num w:numId="7" w16cid:durableId="834338956">
    <w:abstractNumId w:val="2"/>
  </w:num>
  <w:num w:numId="8" w16cid:durableId="2084795638">
    <w:abstractNumId w:val="1"/>
  </w:num>
  <w:num w:numId="9" w16cid:durableId="1624534378">
    <w:abstractNumId w:val="0"/>
  </w:num>
  <w:num w:numId="10" w16cid:durableId="667826357">
    <w:abstractNumId w:val="9"/>
  </w:num>
  <w:num w:numId="11" w16cid:durableId="516237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DC2"/>
    <w:rsid w:val="00034616"/>
    <w:rsid w:val="0006063C"/>
    <w:rsid w:val="00064E87"/>
    <w:rsid w:val="00071232"/>
    <w:rsid w:val="00077884"/>
    <w:rsid w:val="0015074B"/>
    <w:rsid w:val="00183CCC"/>
    <w:rsid w:val="001C39D2"/>
    <w:rsid w:val="002135E7"/>
    <w:rsid w:val="0029639D"/>
    <w:rsid w:val="002C7E40"/>
    <w:rsid w:val="00326F90"/>
    <w:rsid w:val="00360262"/>
    <w:rsid w:val="00667AB6"/>
    <w:rsid w:val="0068380D"/>
    <w:rsid w:val="0075051A"/>
    <w:rsid w:val="007F3944"/>
    <w:rsid w:val="008B35B0"/>
    <w:rsid w:val="00A40FE3"/>
    <w:rsid w:val="00A87820"/>
    <w:rsid w:val="00AA04BC"/>
    <w:rsid w:val="00AA1D8D"/>
    <w:rsid w:val="00B47730"/>
    <w:rsid w:val="00B921C4"/>
    <w:rsid w:val="00BB3C36"/>
    <w:rsid w:val="00CB0664"/>
    <w:rsid w:val="00E67919"/>
    <w:rsid w:val="00EA54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CCAB5B"/>
  <w14:defaultImageDpi w14:val="300"/>
  <w15:docId w15:val="{1A2A0688-AF67-4744-A349-93825F3C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247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Clara Katrine Sydow</cp:lastModifiedBy>
  <cp:revision>6</cp:revision>
  <dcterms:created xsi:type="dcterms:W3CDTF">2025-09-01T15:35:00Z</dcterms:created>
  <dcterms:modified xsi:type="dcterms:W3CDTF">2025-10-27T12:45:00Z</dcterms:modified>
  <cp:category/>
</cp:coreProperties>
</file>