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BCF4F" w14:textId="77777777" w:rsidR="00672C5A" w:rsidRPr="00F42365" w:rsidRDefault="00000000">
      <w:pPr>
        <w:pStyle w:val="Overskrift1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Kilde-ranking: Rangér jeres kilder på forskellige skalaer</w:t>
      </w:r>
    </w:p>
    <w:p w14:paraId="209CCA84" w14:textId="3EB5CD36" w:rsidR="00672C5A" w:rsidRPr="00F42365" w:rsidRDefault="00000000">
      <w:pPr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 xml:space="preserve">I skal nu rangere de </w:t>
      </w:r>
      <w:r w:rsidR="006C3988" w:rsidRPr="00F42365">
        <w:rPr>
          <w:rFonts w:ascii="Times New Roman" w:hAnsi="Times New Roman" w:cs="Times New Roman"/>
          <w:lang w:val="da-DK"/>
        </w:rPr>
        <w:t>tre</w:t>
      </w:r>
      <w:r w:rsidRPr="00F42365">
        <w:rPr>
          <w:rFonts w:ascii="Times New Roman" w:hAnsi="Times New Roman" w:cs="Times New Roman"/>
          <w:lang w:val="da-DK"/>
        </w:rPr>
        <w:t xml:space="preserve"> kilder, I har fået, på </w:t>
      </w:r>
      <w:r w:rsidR="006C3988" w:rsidRPr="00F42365">
        <w:rPr>
          <w:rFonts w:ascii="Times New Roman" w:hAnsi="Times New Roman" w:cs="Times New Roman"/>
          <w:lang w:val="da-DK"/>
        </w:rPr>
        <w:t>seks</w:t>
      </w:r>
      <w:r w:rsidR="00902E35" w:rsidRPr="00F42365">
        <w:rPr>
          <w:rFonts w:ascii="Times New Roman" w:hAnsi="Times New Roman" w:cs="Times New Roman"/>
          <w:lang w:val="da-DK"/>
        </w:rPr>
        <w:t xml:space="preserve"> </w:t>
      </w:r>
      <w:r w:rsidRPr="00F42365">
        <w:rPr>
          <w:rFonts w:ascii="Times New Roman" w:hAnsi="Times New Roman" w:cs="Times New Roman"/>
          <w:lang w:val="da-DK"/>
        </w:rPr>
        <w:t>forskellige skalaer. Diskutér jer frem i gruppen og udfyld skemaet.</w:t>
      </w:r>
      <w:r w:rsidR="00902E35" w:rsidRPr="00F42365">
        <w:rPr>
          <w:rFonts w:ascii="Times New Roman" w:hAnsi="Times New Roman" w:cs="Times New Roman"/>
          <w:lang w:val="da-DK"/>
        </w:rPr>
        <w:t xml:space="preserve"> Kilderne skal ved hver</w:t>
      </w:r>
      <w:r w:rsidR="00697433" w:rsidRPr="00F42365">
        <w:rPr>
          <w:rFonts w:ascii="Times New Roman" w:hAnsi="Times New Roman" w:cs="Times New Roman"/>
          <w:lang w:val="da-DK"/>
        </w:rPr>
        <w:t xml:space="preserve"> skala</w:t>
      </w:r>
      <w:r w:rsidR="00902E35" w:rsidRPr="00F42365">
        <w:rPr>
          <w:rFonts w:ascii="Times New Roman" w:hAnsi="Times New Roman" w:cs="Times New Roman"/>
          <w:lang w:val="da-DK"/>
        </w:rPr>
        <w:t xml:space="preserve"> </w:t>
      </w:r>
      <w:r w:rsidR="006C3988" w:rsidRPr="00F42365">
        <w:rPr>
          <w:rFonts w:ascii="Times New Roman" w:hAnsi="Times New Roman" w:cs="Times New Roman"/>
          <w:lang w:val="da-DK"/>
        </w:rPr>
        <w:t>placeres</w:t>
      </w:r>
      <w:r w:rsidR="00902E35" w:rsidRPr="00F42365">
        <w:rPr>
          <w:rFonts w:ascii="Times New Roman" w:hAnsi="Times New Roman" w:cs="Times New Roman"/>
          <w:lang w:val="da-DK"/>
        </w:rPr>
        <w:t xml:space="preserve"> fra 1 til </w:t>
      </w:r>
      <w:r w:rsidR="007F766D" w:rsidRPr="00F42365">
        <w:rPr>
          <w:rFonts w:ascii="Times New Roman" w:hAnsi="Times New Roman" w:cs="Times New Roman"/>
          <w:lang w:val="da-DK"/>
        </w:rPr>
        <w:t xml:space="preserve">3 </w:t>
      </w:r>
      <w:r w:rsidR="00902E35" w:rsidRPr="00F42365">
        <w:rPr>
          <w:rFonts w:ascii="Times New Roman" w:hAnsi="Times New Roman" w:cs="Times New Roman"/>
          <w:lang w:val="da-DK"/>
        </w:rPr>
        <w:t>alt efter hvilken kilde</w:t>
      </w:r>
      <w:r w:rsidR="00697433" w:rsidRPr="00F42365">
        <w:rPr>
          <w:rFonts w:ascii="Times New Roman" w:hAnsi="Times New Roman" w:cs="Times New Roman"/>
          <w:lang w:val="da-DK"/>
        </w:rPr>
        <w:t xml:space="preserve">, I </w:t>
      </w:r>
      <w:r w:rsidR="00E22B62" w:rsidRPr="00F42365">
        <w:rPr>
          <w:rFonts w:ascii="Times New Roman" w:hAnsi="Times New Roman" w:cs="Times New Roman"/>
          <w:lang w:val="da-DK"/>
        </w:rPr>
        <w:t>vurderer,</w:t>
      </w:r>
      <w:r w:rsidR="00902E35" w:rsidRPr="00F42365">
        <w:rPr>
          <w:rFonts w:ascii="Times New Roman" w:hAnsi="Times New Roman" w:cs="Times New Roman"/>
          <w:lang w:val="da-DK"/>
        </w:rPr>
        <w:t xml:space="preserve"> passer bedst</w:t>
      </w:r>
      <w:r w:rsidR="006C3988" w:rsidRPr="00F42365">
        <w:rPr>
          <w:rFonts w:ascii="Times New Roman" w:hAnsi="Times New Roman" w:cs="Times New Roman"/>
          <w:lang w:val="da-DK"/>
        </w:rPr>
        <w:t>, medium og dårligst</w:t>
      </w:r>
      <w:r w:rsidR="00902E35" w:rsidRPr="00F42365">
        <w:rPr>
          <w:rFonts w:ascii="Times New Roman" w:hAnsi="Times New Roman" w:cs="Times New Roman"/>
          <w:lang w:val="da-DK"/>
        </w:rPr>
        <w:t xml:space="preserve"> til udsagnet</w:t>
      </w:r>
      <w:r w:rsidR="006C3988" w:rsidRPr="00F42365">
        <w:rPr>
          <w:rFonts w:ascii="Times New Roman" w:hAnsi="Times New Roman" w:cs="Times New Roman"/>
          <w:lang w:val="da-DK"/>
        </w:rPr>
        <w:t>.</w:t>
      </w:r>
      <w:r w:rsidR="00902E35" w:rsidRPr="00F42365">
        <w:rPr>
          <w:rFonts w:ascii="Times New Roman" w:hAnsi="Times New Roman" w:cs="Times New Roman"/>
          <w:lang w:val="da-DK"/>
        </w:rPr>
        <w:t xml:space="preserve"> </w:t>
      </w:r>
    </w:p>
    <w:p w14:paraId="3A11E200" w14:textId="77777777" w:rsidR="00672C5A" w:rsidRPr="00F42365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Skala 1: Mest til mindst 'klassisk historisk kilde'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</w:tblGrid>
      <w:tr w:rsidR="006C3988" w:rsidRPr="00F42365" w14:paraId="6192D169" w14:textId="77777777" w:rsidTr="006C3988">
        <w:tc>
          <w:tcPr>
            <w:tcW w:w="1727" w:type="dxa"/>
          </w:tcPr>
          <w:p w14:paraId="5B17EEBE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Placering</w:t>
            </w:r>
          </w:p>
        </w:tc>
        <w:tc>
          <w:tcPr>
            <w:tcW w:w="1726" w:type="dxa"/>
          </w:tcPr>
          <w:p w14:paraId="402ED992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1 (mest)</w:t>
            </w:r>
          </w:p>
        </w:tc>
        <w:tc>
          <w:tcPr>
            <w:tcW w:w="1725" w:type="dxa"/>
          </w:tcPr>
          <w:p w14:paraId="605D9B1E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2</w:t>
            </w:r>
          </w:p>
        </w:tc>
        <w:tc>
          <w:tcPr>
            <w:tcW w:w="1725" w:type="dxa"/>
          </w:tcPr>
          <w:p w14:paraId="0214A904" w14:textId="171F8E5C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3 (mindst)</w:t>
            </w:r>
          </w:p>
        </w:tc>
      </w:tr>
      <w:tr w:rsidR="006C3988" w:rsidRPr="00F42365" w14:paraId="06ABF63A" w14:textId="77777777" w:rsidTr="006C3988">
        <w:tc>
          <w:tcPr>
            <w:tcW w:w="1727" w:type="dxa"/>
          </w:tcPr>
          <w:p w14:paraId="587894AA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Kilde</w:t>
            </w:r>
          </w:p>
        </w:tc>
        <w:tc>
          <w:tcPr>
            <w:tcW w:w="1726" w:type="dxa"/>
          </w:tcPr>
          <w:p w14:paraId="24EC30B3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14150EEF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06EA9A61" w14:textId="77777777" w:rsidR="006C3988" w:rsidRPr="00F42365" w:rsidRDefault="006C3988">
            <w:pPr>
              <w:rPr>
                <w:rFonts w:ascii="Times New Roman" w:hAnsi="Times New Roman" w:cs="Times New Roman"/>
                <w:lang w:val="da-DK"/>
              </w:rPr>
            </w:pPr>
          </w:p>
        </w:tc>
      </w:tr>
    </w:tbl>
    <w:p w14:paraId="0E11B74F" w14:textId="77777777" w:rsidR="00672C5A" w:rsidRPr="00F42365" w:rsidRDefault="00672C5A">
      <w:pPr>
        <w:rPr>
          <w:rFonts w:ascii="Times New Roman" w:hAnsi="Times New Roman" w:cs="Times New Roman"/>
          <w:lang w:val="da-DK"/>
        </w:rPr>
      </w:pPr>
    </w:p>
    <w:p w14:paraId="58B219EE" w14:textId="77777777" w:rsidR="00672C5A" w:rsidRPr="00F42365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Skala 2: Mest til mindst 'relevant for at forstå jeres emne'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</w:tblGrid>
      <w:tr w:rsidR="006C3988" w:rsidRPr="00F42365" w14:paraId="79EB5479" w14:textId="77777777" w:rsidTr="00690747">
        <w:tc>
          <w:tcPr>
            <w:tcW w:w="1727" w:type="dxa"/>
          </w:tcPr>
          <w:p w14:paraId="35B11E33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Placering</w:t>
            </w:r>
          </w:p>
        </w:tc>
        <w:tc>
          <w:tcPr>
            <w:tcW w:w="1726" w:type="dxa"/>
          </w:tcPr>
          <w:p w14:paraId="66E0657D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1 (mest)</w:t>
            </w:r>
          </w:p>
        </w:tc>
        <w:tc>
          <w:tcPr>
            <w:tcW w:w="1725" w:type="dxa"/>
          </w:tcPr>
          <w:p w14:paraId="49A259E1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2</w:t>
            </w:r>
          </w:p>
        </w:tc>
        <w:tc>
          <w:tcPr>
            <w:tcW w:w="1725" w:type="dxa"/>
          </w:tcPr>
          <w:p w14:paraId="745EF509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3 (mindst)</w:t>
            </w:r>
          </w:p>
        </w:tc>
      </w:tr>
      <w:tr w:rsidR="006C3988" w:rsidRPr="00F42365" w14:paraId="33E5D215" w14:textId="77777777" w:rsidTr="00690747">
        <w:tc>
          <w:tcPr>
            <w:tcW w:w="1727" w:type="dxa"/>
          </w:tcPr>
          <w:p w14:paraId="5414B00D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Kilde</w:t>
            </w:r>
          </w:p>
        </w:tc>
        <w:tc>
          <w:tcPr>
            <w:tcW w:w="1726" w:type="dxa"/>
          </w:tcPr>
          <w:p w14:paraId="38B2B392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3A9FC181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1DCF470F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</w:tr>
    </w:tbl>
    <w:p w14:paraId="3F658BCD" w14:textId="77777777" w:rsidR="006C3988" w:rsidRPr="00F42365" w:rsidRDefault="006C3988" w:rsidP="006C3988">
      <w:pPr>
        <w:rPr>
          <w:rFonts w:ascii="Times New Roman" w:hAnsi="Times New Roman" w:cs="Times New Roman"/>
          <w:lang w:val="da-DK"/>
        </w:rPr>
      </w:pPr>
    </w:p>
    <w:p w14:paraId="568B4071" w14:textId="6016ED76" w:rsidR="00672C5A" w:rsidRPr="00F42365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Skala 3: Mest til mindst 'til at stole på'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</w:tblGrid>
      <w:tr w:rsidR="006C3988" w:rsidRPr="00F42365" w14:paraId="7811233F" w14:textId="77777777" w:rsidTr="00690747">
        <w:tc>
          <w:tcPr>
            <w:tcW w:w="1727" w:type="dxa"/>
          </w:tcPr>
          <w:p w14:paraId="12B93BFC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Placering</w:t>
            </w:r>
          </w:p>
        </w:tc>
        <w:tc>
          <w:tcPr>
            <w:tcW w:w="1726" w:type="dxa"/>
          </w:tcPr>
          <w:p w14:paraId="673EE98B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1 (mest)</w:t>
            </w:r>
          </w:p>
        </w:tc>
        <w:tc>
          <w:tcPr>
            <w:tcW w:w="1725" w:type="dxa"/>
          </w:tcPr>
          <w:p w14:paraId="73925FC5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2</w:t>
            </w:r>
          </w:p>
        </w:tc>
        <w:tc>
          <w:tcPr>
            <w:tcW w:w="1725" w:type="dxa"/>
          </w:tcPr>
          <w:p w14:paraId="51710672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3 (mindst)</w:t>
            </w:r>
          </w:p>
        </w:tc>
      </w:tr>
      <w:tr w:rsidR="006C3988" w:rsidRPr="00F42365" w14:paraId="19D2AEB3" w14:textId="77777777" w:rsidTr="00690747">
        <w:tc>
          <w:tcPr>
            <w:tcW w:w="1727" w:type="dxa"/>
          </w:tcPr>
          <w:p w14:paraId="44820DF0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Kilde</w:t>
            </w:r>
          </w:p>
        </w:tc>
        <w:tc>
          <w:tcPr>
            <w:tcW w:w="1726" w:type="dxa"/>
          </w:tcPr>
          <w:p w14:paraId="4C5D9929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3DC9A617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7BF5A548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</w:tr>
    </w:tbl>
    <w:p w14:paraId="2FE1629E" w14:textId="77777777" w:rsidR="00672C5A" w:rsidRPr="00F42365" w:rsidRDefault="00672C5A">
      <w:pPr>
        <w:rPr>
          <w:rFonts w:ascii="Times New Roman" w:hAnsi="Times New Roman" w:cs="Times New Roman"/>
          <w:lang w:val="da-DK"/>
        </w:rPr>
      </w:pPr>
    </w:p>
    <w:p w14:paraId="749107FC" w14:textId="77777777" w:rsidR="00672C5A" w:rsidRPr="00F42365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Skala 4: Mest til mindst 'langtidsholdbar kilde' (hvilken kilde vil historikere om 100 år finde mest brugbar?)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</w:tblGrid>
      <w:tr w:rsidR="006C3988" w:rsidRPr="00F42365" w14:paraId="2D6A3188" w14:textId="77777777" w:rsidTr="00690747">
        <w:tc>
          <w:tcPr>
            <w:tcW w:w="1727" w:type="dxa"/>
          </w:tcPr>
          <w:p w14:paraId="77E23605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Placering</w:t>
            </w:r>
          </w:p>
        </w:tc>
        <w:tc>
          <w:tcPr>
            <w:tcW w:w="1726" w:type="dxa"/>
          </w:tcPr>
          <w:p w14:paraId="3C3F4944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1 (mest)</w:t>
            </w:r>
          </w:p>
        </w:tc>
        <w:tc>
          <w:tcPr>
            <w:tcW w:w="1725" w:type="dxa"/>
          </w:tcPr>
          <w:p w14:paraId="62EA7B4F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2</w:t>
            </w:r>
          </w:p>
        </w:tc>
        <w:tc>
          <w:tcPr>
            <w:tcW w:w="1725" w:type="dxa"/>
          </w:tcPr>
          <w:p w14:paraId="58897C16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3 (mindst)</w:t>
            </w:r>
          </w:p>
        </w:tc>
      </w:tr>
      <w:tr w:rsidR="006C3988" w:rsidRPr="00F42365" w14:paraId="37718E93" w14:textId="77777777" w:rsidTr="00690747">
        <w:tc>
          <w:tcPr>
            <w:tcW w:w="1727" w:type="dxa"/>
          </w:tcPr>
          <w:p w14:paraId="5DFB0A91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Kilde</w:t>
            </w:r>
          </w:p>
        </w:tc>
        <w:tc>
          <w:tcPr>
            <w:tcW w:w="1726" w:type="dxa"/>
          </w:tcPr>
          <w:p w14:paraId="02D1468E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318C5BF3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70B0531E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</w:tr>
    </w:tbl>
    <w:p w14:paraId="5E416F50" w14:textId="77777777" w:rsidR="00672C5A" w:rsidRPr="00F42365" w:rsidRDefault="00672C5A">
      <w:pPr>
        <w:rPr>
          <w:rFonts w:ascii="Times New Roman" w:hAnsi="Times New Roman" w:cs="Times New Roman"/>
          <w:lang w:val="da-DK"/>
        </w:rPr>
      </w:pPr>
    </w:p>
    <w:p w14:paraId="0F5828EF" w14:textId="44E05AB3" w:rsidR="00672C5A" w:rsidRPr="00F42365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 xml:space="preserve">Skala 5: Mest til mindst 'kan </w:t>
      </w:r>
      <w:r w:rsidR="004164E8">
        <w:rPr>
          <w:rFonts w:ascii="Times New Roman" w:hAnsi="Times New Roman" w:cs="Times New Roman"/>
          <w:lang w:val="da-DK"/>
        </w:rPr>
        <w:t xml:space="preserve">ikke </w:t>
      </w:r>
      <w:r w:rsidRPr="00F42365">
        <w:rPr>
          <w:rFonts w:ascii="Times New Roman" w:hAnsi="Times New Roman" w:cs="Times New Roman"/>
          <w:lang w:val="da-DK"/>
        </w:rPr>
        <w:t xml:space="preserve">misbruges </w:t>
      </w:r>
      <w:r w:rsidR="00D96428" w:rsidRPr="00F42365">
        <w:rPr>
          <w:rFonts w:ascii="Times New Roman" w:hAnsi="Times New Roman" w:cs="Times New Roman"/>
          <w:lang w:val="da-DK"/>
        </w:rPr>
        <w:t>som kilde</w:t>
      </w:r>
      <w:r w:rsidRPr="00F42365">
        <w:rPr>
          <w:rFonts w:ascii="Times New Roman" w:hAnsi="Times New Roman" w:cs="Times New Roman"/>
          <w:lang w:val="da-DK"/>
        </w:rPr>
        <w:t xml:space="preserve">' (hvilken kilde </w:t>
      </w:r>
      <w:r w:rsidR="004164E8">
        <w:rPr>
          <w:rFonts w:ascii="Times New Roman" w:hAnsi="Times New Roman" w:cs="Times New Roman"/>
          <w:lang w:val="da-DK"/>
        </w:rPr>
        <w:t>er sværest af manipulere med?)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</w:tblGrid>
      <w:tr w:rsidR="006C3988" w:rsidRPr="00F42365" w14:paraId="606F79B1" w14:textId="77777777" w:rsidTr="00690747">
        <w:tc>
          <w:tcPr>
            <w:tcW w:w="1727" w:type="dxa"/>
          </w:tcPr>
          <w:p w14:paraId="1A776DCE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Placering</w:t>
            </w:r>
          </w:p>
        </w:tc>
        <w:tc>
          <w:tcPr>
            <w:tcW w:w="1726" w:type="dxa"/>
          </w:tcPr>
          <w:p w14:paraId="72BC277D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1 (mest)</w:t>
            </w:r>
          </w:p>
        </w:tc>
        <w:tc>
          <w:tcPr>
            <w:tcW w:w="1725" w:type="dxa"/>
          </w:tcPr>
          <w:p w14:paraId="3743D455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2</w:t>
            </w:r>
          </w:p>
        </w:tc>
        <w:tc>
          <w:tcPr>
            <w:tcW w:w="1725" w:type="dxa"/>
          </w:tcPr>
          <w:p w14:paraId="40358656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3 (mindst)</w:t>
            </w:r>
          </w:p>
        </w:tc>
      </w:tr>
      <w:tr w:rsidR="006C3988" w:rsidRPr="00F42365" w14:paraId="3A507A34" w14:textId="77777777" w:rsidTr="00690747">
        <w:tc>
          <w:tcPr>
            <w:tcW w:w="1727" w:type="dxa"/>
          </w:tcPr>
          <w:p w14:paraId="2F9C5D15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Kilde</w:t>
            </w:r>
          </w:p>
        </w:tc>
        <w:tc>
          <w:tcPr>
            <w:tcW w:w="1726" w:type="dxa"/>
          </w:tcPr>
          <w:p w14:paraId="1CABCA0B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0572D28E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21043ACC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</w:tr>
    </w:tbl>
    <w:p w14:paraId="1E13D537" w14:textId="77777777" w:rsidR="00672C5A" w:rsidRPr="00F42365" w:rsidRDefault="00672C5A">
      <w:pPr>
        <w:rPr>
          <w:rFonts w:ascii="Times New Roman" w:hAnsi="Times New Roman" w:cs="Times New Roman"/>
          <w:lang w:val="da-DK"/>
        </w:rPr>
      </w:pPr>
    </w:p>
    <w:p w14:paraId="79E763E9" w14:textId="77777777" w:rsidR="00672C5A" w:rsidRPr="00F42365" w:rsidRDefault="00000000">
      <w:pPr>
        <w:pStyle w:val="Overskrift2"/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Skala 6: Mest til mindst 'personlig relevans' (hvilken kilde siger mest om jeres samtid og liv?)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5"/>
      </w:tblGrid>
      <w:tr w:rsidR="006C3988" w:rsidRPr="00F42365" w14:paraId="208FF1A6" w14:textId="77777777" w:rsidTr="00690747">
        <w:tc>
          <w:tcPr>
            <w:tcW w:w="1727" w:type="dxa"/>
          </w:tcPr>
          <w:p w14:paraId="3C6CEB6B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Placering</w:t>
            </w:r>
          </w:p>
        </w:tc>
        <w:tc>
          <w:tcPr>
            <w:tcW w:w="1726" w:type="dxa"/>
          </w:tcPr>
          <w:p w14:paraId="39902922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1 (mest)</w:t>
            </w:r>
          </w:p>
        </w:tc>
        <w:tc>
          <w:tcPr>
            <w:tcW w:w="1725" w:type="dxa"/>
          </w:tcPr>
          <w:p w14:paraId="6A86DF35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2</w:t>
            </w:r>
          </w:p>
        </w:tc>
        <w:tc>
          <w:tcPr>
            <w:tcW w:w="1725" w:type="dxa"/>
          </w:tcPr>
          <w:p w14:paraId="532DD6A2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3 (mindst)</w:t>
            </w:r>
          </w:p>
        </w:tc>
      </w:tr>
      <w:tr w:rsidR="006C3988" w:rsidRPr="00F42365" w14:paraId="04753A34" w14:textId="77777777" w:rsidTr="00690747">
        <w:tc>
          <w:tcPr>
            <w:tcW w:w="1727" w:type="dxa"/>
          </w:tcPr>
          <w:p w14:paraId="4D363D41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  <w:r w:rsidRPr="00F42365">
              <w:rPr>
                <w:rFonts w:ascii="Times New Roman" w:hAnsi="Times New Roman" w:cs="Times New Roman"/>
                <w:lang w:val="da-DK"/>
              </w:rPr>
              <w:t>Kilde</w:t>
            </w:r>
          </w:p>
        </w:tc>
        <w:tc>
          <w:tcPr>
            <w:tcW w:w="1726" w:type="dxa"/>
          </w:tcPr>
          <w:p w14:paraId="34D8B92F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7945205B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  <w:tc>
          <w:tcPr>
            <w:tcW w:w="1725" w:type="dxa"/>
          </w:tcPr>
          <w:p w14:paraId="6BF72C8E" w14:textId="77777777" w:rsidR="006C3988" w:rsidRPr="00F42365" w:rsidRDefault="006C3988" w:rsidP="00690747">
            <w:pPr>
              <w:rPr>
                <w:rFonts w:ascii="Times New Roman" w:hAnsi="Times New Roman" w:cs="Times New Roman"/>
                <w:lang w:val="da-DK"/>
              </w:rPr>
            </w:pPr>
          </w:p>
        </w:tc>
      </w:tr>
    </w:tbl>
    <w:p w14:paraId="6125232D" w14:textId="77777777" w:rsidR="009C5D37" w:rsidRPr="00F42365" w:rsidRDefault="009C5D37">
      <w:pPr>
        <w:rPr>
          <w:rFonts w:ascii="Times New Roman" w:hAnsi="Times New Roman" w:cs="Times New Roman"/>
          <w:lang w:val="da-DK"/>
        </w:rPr>
      </w:pPr>
    </w:p>
    <w:p w14:paraId="29C71ED5" w14:textId="39817345" w:rsidR="009C5D37" w:rsidRPr="00F42365" w:rsidRDefault="009C5D37">
      <w:pPr>
        <w:rPr>
          <w:rFonts w:ascii="Times New Roman" w:hAnsi="Times New Roman" w:cs="Times New Roman"/>
          <w:lang w:val="da-DK"/>
        </w:rPr>
      </w:pPr>
      <w:r w:rsidRPr="00F42365">
        <w:rPr>
          <w:rFonts w:ascii="Times New Roman" w:hAnsi="Times New Roman" w:cs="Times New Roman"/>
          <w:lang w:val="da-DK"/>
        </w:rPr>
        <w:t>Noter, hvilken kilde der har klaret sig bedst. Altså</w:t>
      </w:r>
      <w:r w:rsidR="00CF40F1" w:rsidRPr="00F42365">
        <w:rPr>
          <w:rFonts w:ascii="Times New Roman" w:hAnsi="Times New Roman" w:cs="Times New Roman"/>
          <w:lang w:val="da-DK"/>
        </w:rPr>
        <w:t xml:space="preserve"> den kilde, som I har placeret som nr. 1 flest gange</w:t>
      </w:r>
      <w:r w:rsidR="004164E8">
        <w:rPr>
          <w:rFonts w:ascii="Times New Roman" w:hAnsi="Times New Roman" w:cs="Times New Roman"/>
          <w:lang w:val="da-DK"/>
        </w:rPr>
        <w:t>:</w:t>
      </w:r>
    </w:p>
    <w:sectPr w:rsidR="009C5D37" w:rsidRPr="00F423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4089786">
    <w:abstractNumId w:val="8"/>
  </w:num>
  <w:num w:numId="2" w16cid:durableId="828787913">
    <w:abstractNumId w:val="6"/>
  </w:num>
  <w:num w:numId="3" w16cid:durableId="1028291570">
    <w:abstractNumId w:val="5"/>
  </w:num>
  <w:num w:numId="4" w16cid:durableId="903565102">
    <w:abstractNumId w:val="4"/>
  </w:num>
  <w:num w:numId="5" w16cid:durableId="247809593">
    <w:abstractNumId w:val="7"/>
  </w:num>
  <w:num w:numId="6" w16cid:durableId="1544250805">
    <w:abstractNumId w:val="3"/>
  </w:num>
  <w:num w:numId="7" w16cid:durableId="889997725">
    <w:abstractNumId w:val="2"/>
  </w:num>
  <w:num w:numId="8" w16cid:durableId="239487648">
    <w:abstractNumId w:val="1"/>
  </w:num>
  <w:num w:numId="9" w16cid:durableId="23836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7884"/>
    <w:rsid w:val="0015074B"/>
    <w:rsid w:val="002135E7"/>
    <w:rsid w:val="0029639D"/>
    <w:rsid w:val="00326F90"/>
    <w:rsid w:val="003B4574"/>
    <w:rsid w:val="004164E8"/>
    <w:rsid w:val="00672C5A"/>
    <w:rsid w:val="00697433"/>
    <w:rsid w:val="006C3988"/>
    <w:rsid w:val="007F766D"/>
    <w:rsid w:val="0087000F"/>
    <w:rsid w:val="00902E35"/>
    <w:rsid w:val="009A2C60"/>
    <w:rsid w:val="009C5D37"/>
    <w:rsid w:val="00AA1D8D"/>
    <w:rsid w:val="00B47730"/>
    <w:rsid w:val="00CB0664"/>
    <w:rsid w:val="00CF40F1"/>
    <w:rsid w:val="00D74534"/>
    <w:rsid w:val="00D96428"/>
    <w:rsid w:val="00E22B62"/>
    <w:rsid w:val="00F423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8C6C2"/>
  <w14:defaultImageDpi w14:val="300"/>
  <w15:docId w15:val="{1A2A0688-AF67-4744-A349-93825F3C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Clara Katrine Sydow</cp:lastModifiedBy>
  <cp:revision>4</cp:revision>
  <dcterms:created xsi:type="dcterms:W3CDTF">2025-09-01T15:35:00Z</dcterms:created>
  <dcterms:modified xsi:type="dcterms:W3CDTF">2025-10-27T12:54:00Z</dcterms:modified>
  <cp:category/>
</cp:coreProperties>
</file>